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0D1C" w14:textId="635E0A06" w:rsidR="00B956EC" w:rsidRPr="00106338" w:rsidRDefault="00106338" w:rsidP="00106338">
      <w:pPr>
        <w:jc w:val="center"/>
        <w:rPr>
          <w:rFonts w:asciiTheme="majorHAnsi" w:hAnsiTheme="majorHAnsi" w:cstheme="majorHAnsi"/>
          <w:b/>
          <w:bCs/>
          <w:lang w:val="pl-PL"/>
        </w:rPr>
      </w:pPr>
      <w:r w:rsidRPr="00106338">
        <w:rPr>
          <w:rFonts w:asciiTheme="majorHAnsi" w:hAnsiTheme="majorHAnsi" w:cstheme="majorHAnsi"/>
          <w:b/>
          <w:bCs/>
          <w:lang w:val="pl-PL"/>
        </w:rPr>
        <w:t xml:space="preserve">FORMULÁR NA ODSTÚPENIE OD </w:t>
      </w:r>
      <w:r w:rsidRPr="00106338">
        <w:rPr>
          <w:rFonts w:asciiTheme="majorHAnsi" w:hAnsiTheme="majorHAnsi" w:cstheme="majorHAnsi"/>
          <w:b/>
          <w:bCs/>
          <w:lang w:val="pl-PL"/>
        </w:rPr>
        <w:t xml:space="preserve">KÚPNEJ </w:t>
      </w:r>
      <w:r w:rsidRPr="00106338">
        <w:rPr>
          <w:rFonts w:asciiTheme="majorHAnsi" w:hAnsiTheme="majorHAnsi" w:cstheme="majorHAnsi"/>
          <w:b/>
          <w:bCs/>
          <w:lang w:val="pl-PL"/>
        </w:rPr>
        <w:t>ZMLUVY</w:t>
      </w:r>
    </w:p>
    <w:p w14:paraId="63A435E4" w14:textId="77777777" w:rsidR="00106338" w:rsidRPr="00106338" w:rsidRDefault="00106338" w:rsidP="00106338">
      <w:pPr>
        <w:jc w:val="center"/>
        <w:rPr>
          <w:rFonts w:asciiTheme="majorHAnsi" w:hAnsiTheme="majorHAnsi" w:cstheme="majorHAnsi"/>
          <w:b/>
          <w:bCs/>
          <w:lang w:val="pl-PL"/>
        </w:rPr>
      </w:pPr>
    </w:p>
    <w:p w14:paraId="6643D666" w14:textId="5A2F501C" w:rsidR="00106338" w:rsidRPr="00106338" w:rsidRDefault="00106338" w:rsidP="00106338">
      <w:pPr>
        <w:rPr>
          <w:rFonts w:asciiTheme="majorHAnsi" w:hAnsiTheme="majorHAnsi" w:cstheme="majorHAnsi"/>
          <w:lang w:val="pl-PL"/>
        </w:rPr>
      </w:pPr>
      <w:r w:rsidRPr="00106338">
        <w:rPr>
          <w:rFonts w:asciiTheme="majorHAnsi" w:hAnsiTheme="majorHAnsi" w:cstheme="majorHAnsi"/>
          <w:lang w:val="pl-PL"/>
        </w:rPr>
        <w:t>Vyplňte a zašlite tento formulár, len ak si želáte odstúpiť od zmluvy uzavretej na diaľku alebo od zmluvy uzavretej mimo prevádzkových priestorov obchodníka.</w:t>
      </w:r>
    </w:p>
    <w:p w14:paraId="68CBB33A" w14:textId="60C2B935" w:rsidR="00106338" w:rsidRPr="00106338" w:rsidRDefault="00106338" w:rsidP="00106338">
      <w:pPr>
        <w:rPr>
          <w:rFonts w:asciiTheme="majorHAnsi" w:hAnsiTheme="majorHAnsi" w:cstheme="majorHAnsi"/>
          <w:i/>
          <w:iCs/>
          <w:lang w:val="pl-PL"/>
        </w:rPr>
      </w:pPr>
      <w:r w:rsidRPr="00106338">
        <w:rPr>
          <w:rFonts w:asciiTheme="majorHAnsi" w:hAnsiTheme="majorHAnsi" w:cstheme="majorHAnsi"/>
          <w:i/>
          <w:iCs/>
          <w:lang w:val="pl-PL"/>
        </w:rPr>
        <w:t>Tovar je možné vrátiť iba ak nie je poškodený a nemá žiadne známky používania</w:t>
      </w:r>
      <w:r w:rsidRPr="00106338">
        <w:rPr>
          <w:rFonts w:asciiTheme="majorHAnsi" w:hAnsiTheme="majorHAnsi" w:cstheme="majorHAnsi"/>
          <w:i/>
          <w:iCs/>
          <w:lang w:val="pl-PL"/>
        </w:rPr>
        <w:t xml:space="preserve"> </w:t>
      </w:r>
      <w:r w:rsidRPr="00106338">
        <w:rPr>
          <w:rFonts w:asciiTheme="majorHAnsi" w:hAnsiTheme="majorHAnsi" w:cstheme="majorHAnsi"/>
          <w:i/>
          <w:iCs/>
          <w:lang w:val="pl-PL"/>
        </w:rPr>
        <w:t>a zapisovania.</w:t>
      </w:r>
    </w:p>
    <w:p w14:paraId="7C02D0A0" w14:textId="77777777" w:rsidR="00106338" w:rsidRPr="00106338" w:rsidRDefault="00106338" w:rsidP="00106338">
      <w:pPr>
        <w:rPr>
          <w:rFonts w:asciiTheme="majorHAnsi" w:hAnsiTheme="majorHAnsi" w:cstheme="majorHAnsi"/>
          <w:b/>
          <w:bCs/>
          <w:lang w:val="pl-PL"/>
        </w:rPr>
      </w:pPr>
    </w:p>
    <w:p w14:paraId="130A7F17" w14:textId="77777777" w:rsidR="00106338" w:rsidRPr="00106338" w:rsidRDefault="00106338" w:rsidP="00106338">
      <w:pPr>
        <w:rPr>
          <w:rFonts w:asciiTheme="majorHAnsi" w:hAnsiTheme="majorHAnsi" w:cstheme="majorHAnsi"/>
          <w:lang w:val="pl-PL"/>
        </w:rPr>
      </w:pPr>
      <w:r w:rsidRPr="00106338">
        <w:rPr>
          <w:rFonts w:asciiTheme="majorHAnsi" w:hAnsiTheme="majorHAnsi" w:cstheme="majorHAnsi"/>
          <w:lang w:val="pl-PL"/>
        </w:rPr>
        <w:t>Komu: DITTEL spol. s r.o.</w:t>
      </w:r>
    </w:p>
    <w:p w14:paraId="4B2C8CA0" w14:textId="6132FC38" w:rsidR="00106338" w:rsidRPr="00106338" w:rsidRDefault="00106338" w:rsidP="00106338">
      <w:pPr>
        <w:rPr>
          <w:rFonts w:asciiTheme="majorHAnsi" w:hAnsiTheme="majorHAnsi" w:cstheme="majorHAnsi"/>
          <w:b/>
          <w:bCs/>
          <w:lang w:val="pl-PL"/>
        </w:rPr>
      </w:pPr>
      <w:r w:rsidRPr="00106338">
        <w:rPr>
          <w:rFonts w:asciiTheme="majorHAnsi" w:hAnsiTheme="majorHAnsi" w:cstheme="majorHAnsi"/>
          <w:lang w:val="pl-PL"/>
        </w:rPr>
        <w:t>Týmto oznamujem, že odstupuje</w:t>
      </w:r>
      <w:r w:rsidRPr="00106338">
        <w:rPr>
          <w:rFonts w:asciiTheme="majorHAnsi" w:hAnsiTheme="majorHAnsi" w:cstheme="majorHAnsi"/>
          <w:lang w:val="pl-PL"/>
        </w:rPr>
        <w:t>m</w:t>
      </w:r>
      <w:r w:rsidRPr="00106338">
        <w:rPr>
          <w:rFonts w:asciiTheme="majorHAnsi" w:hAnsiTheme="majorHAnsi" w:cstheme="majorHAnsi"/>
          <w:lang w:val="pl-PL"/>
        </w:rPr>
        <w:t xml:space="preserve"> od zmluvy o dodaní alebo poskytnutí tohto produktu</w:t>
      </w:r>
      <w:r w:rsidRPr="00106338">
        <w:rPr>
          <w:rFonts w:asciiTheme="majorHAnsi" w:hAnsiTheme="majorHAnsi" w:cstheme="majorHAnsi"/>
          <w:lang w:val="pl-P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56EC" w:rsidRPr="00106338" w14:paraId="1307650A" w14:textId="77777777" w:rsidTr="00106338">
        <w:trPr>
          <w:trHeight w:val="737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093E4502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106338">
              <w:rPr>
                <w:rFonts w:asciiTheme="majorHAnsi" w:hAnsiTheme="majorHAnsi" w:cstheme="majorHAnsi"/>
                <w:b/>
                <w:bCs/>
              </w:rPr>
              <w:t>Produkt</w:t>
            </w:r>
            <w:proofErr w:type="spellEnd"/>
          </w:p>
        </w:tc>
        <w:tc>
          <w:tcPr>
            <w:tcW w:w="4320" w:type="dxa"/>
            <w:vAlign w:val="center"/>
          </w:tcPr>
          <w:p w14:paraId="34EA13D3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08D5B812" w14:textId="77777777" w:rsidTr="00106338">
        <w:trPr>
          <w:trHeight w:val="454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1DBBECE1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Dátum objednania</w:t>
            </w:r>
          </w:p>
        </w:tc>
        <w:tc>
          <w:tcPr>
            <w:tcW w:w="4320" w:type="dxa"/>
            <w:vAlign w:val="center"/>
          </w:tcPr>
          <w:p w14:paraId="4D7B28B6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1D9746FC" w14:textId="77777777" w:rsidTr="00106338">
        <w:trPr>
          <w:trHeight w:val="454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0A0337E0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Dátum prijatia</w:t>
            </w:r>
          </w:p>
        </w:tc>
        <w:tc>
          <w:tcPr>
            <w:tcW w:w="4320" w:type="dxa"/>
            <w:vAlign w:val="center"/>
          </w:tcPr>
          <w:p w14:paraId="38833BBB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7DDDE060" w14:textId="77777777" w:rsidTr="00106338">
        <w:trPr>
          <w:trHeight w:val="454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4F8AE10D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Meno a priezvisko spotrebiteľa</w:t>
            </w:r>
          </w:p>
        </w:tc>
        <w:tc>
          <w:tcPr>
            <w:tcW w:w="4320" w:type="dxa"/>
            <w:vAlign w:val="center"/>
          </w:tcPr>
          <w:p w14:paraId="1DE88FB5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340D6964" w14:textId="77777777" w:rsidTr="00106338">
        <w:trPr>
          <w:trHeight w:val="1077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43F5C9F9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Adresa spotrebiteľa</w:t>
            </w:r>
          </w:p>
        </w:tc>
        <w:tc>
          <w:tcPr>
            <w:tcW w:w="4320" w:type="dxa"/>
            <w:vAlign w:val="center"/>
          </w:tcPr>
          <w:p w14:paraId="47521C1D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7A1D2148" w14:textId="77777777" w:rsidTr="00106338">
        <w:trPr>
          <w:trHeight w:val="1020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0190E78A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Dôvod vrátenia tovaru</w:t>
            </w:r>
          </w:p>
        </w:tc>
        <w:tc>
          <w:tcPr>
            <w:tcW w:w="4320" w:type="dxa"/>
            <w:vAlign w:val="center"/>
          </w:tcPr>
          <w:p w14:paraId="2F0F542D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71D3847A" w14:textId="77777777" w:rsidTr="00106338">
        <w:trPr>
          <w:trHeight w:val="454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4A92B1D1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Dátum</w:t>
            </w:r>
          </w:p>
        </w:tc>
        <w:tc>
          <w:tcPr>
            <w:tcW w:w="4320" w:type="dxa"/>
            <w:vAlign w:val="center"/>
          </w:tcPr>
          <w:p w14:paraId="78BC7B4F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  <w:tr w:rsidR="00B956EC" w:rsidRPr="00106338" w14:paraId="42A93D21" w14:textId="77777777" w:rsidTr="00106338">
        <w:trPr>
          <w:trHeight w:val="1020"/>
        </w:trPr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5A8E230C" w14:textId="77777777" w:rsidR="00B956EC" w:rsidRPr="00106338" w:rsidRDefault="00000000" w:rsidP="00106338">
            <w:pPr>
              <w:rPr>
                <w:rFonts w:asciiTheme="majorHAnsi" w:hAnsiTheme="majorHAnsi" w:cstheme="majorHAnsi"/>
                <w:b/>
                <w:bCs/>
              </w:rPr>
            </w:pPr>
            <w:r w:rsidRPr="00106338">
              <w:rPr>
                <w:rFonts w:asciiTheme="majorHAnsi" w:hAnsiTheme="majorHAnsi" w:cstheme="majorHAnsi"/>
                <w:b/>
                <w:bCs/>
              </w:rPr>
              <w:t>Podpis spotrebiteľa</w:t>
            </w:r>
          </w:p>
        </w:tc>
        <w:tc>
          <w:tcPr>
            <w:tcW w:w="4320" w:type="dxa"/>
            <w:vAlign w:val="center"/>
          </w:tcPr>
          <w:p w14:paraId="19E35E66" w14:textId="77777777" w:rsidR="00B956EC" w:rsidRPr="00106338" w:rsidRDefault="00B956EC" w:rsidP="00106338">
            <w:pPr>
              <w:rPr>
                <w:rFonts w:asciiTheme="majorHAnsi" w:hAnsiTheme="majorHAnsi" w:cstheme="majorHAnsi"/>
              </w:rPr>
            </w:pPr>
          </w:p>
        </w:tc>
      </w:tr>
    </w:tbl>
    <w:p w14:paraId="719AFF2A" w14:textId="77777777" w:rsidR="00000000" w:rsidRDefault="00000000">
      <w:pPr>
        <w:rPr>
          <w:rFonts w:asciiTheme="majorHAnsi" w:hAnsiTheme="majorHAnsi" w:cstheme="majorHAnsi"/>
        </w:rPr>
      </w:pPr>
    </w:p>
    <w:p w14:paraId="6C2BC609" w14:textId="77777777" w:rsidR="00106338" w:rsidRPr="00106338" w:rsidRDefault="00106338">
      <w:pPr>
        <w:rPr>
          <w:rFonts w:asciiTheme="majorHAnsi" w:hAnsiTheme="majorHAnsi" w:cstheme="majorHAnsi"/>
        </w:rPr>
      </w:pPr>
    </w:p>
    <w:sectPr w:rsidR="00106338" w:rsidRPr="001063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9534312">
    <w:abstractNumId w:val="8"/>
  </w:num>
  <w:num w:numId="2" w16cid:durableId="929236960">
    <w:abstractNumId w:val="6"/>
  </w:num>
  <w:num w:numId="3" w16cid:durableId="676075859">
    <w:abstractNumId w:val="5"/>
  </w:num>
  <w:num w:numId="4" w16cid:durableId="1127429120">
    <w:abstractNumId w:val="4"/>
  </w:num>
  <w:num w:numId="5" w16cid:durableId="1024356664">
    <w:abstractNumId w:val="7"/>
  </w:num>
  <w:num w:numId="6" w16cid:durableId="1150368302">
    <w:abstractNumId w:val="3"/>
  </w:num>
  <w:num w:numId="7" w16cid:durableId="961611147">
    <w:abstractNumId w:val="2"/>
  </w:num>
  <w:num w:numId="8" w16cid:durableId="665785158">
    <w:abstractNumId w:val="1"/>
  </w:num>
  <w:num w:numId="9" w16cid:durableId="16350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6338"/>
    <w:rsid w:val="0015074B"/>
    <w:rsid w:val="0029639D"/>
    <w:rsid w:val="00326F90"/>
    <w:rsid w:val="0092018B"/>
    <w:rsid w:val="00AA1D8D"/>
    <w:rsid w:val="00B47730"/>
    <w:rsid w:val="00B956E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B94B3"/>
  <w14:defaultImageDpi w14:val="300"/>
  <w15:docId w15:val="{0CEF75FE-B52A-4A82-8962-B16FC534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Dittelová Natália</cp:lastModifiedBy>
  <cp:revision>2</cp:revision>
  <dcterms:created xsi:type="dcterms:W3CDTF">2013-12-23T23:15:00Z</dcterms:created>
  <dcterms:modified xsi:type="dcterms:W3CDTF">2026-05-21T12:30:00Z</dcterms:modified>
  <cp:category/>
</cp:coreProperties>
</file>